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חדר בריחה – הקופה הנעולה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מטבעות ושטרות ישראליים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חיבור וחיסור פשוטים בהקשר של קניות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לחשב עודף בקנייה בחנות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תחנה 1: המטבעות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10 אגורות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50 אגורות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תחנה 2: סל הפירות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תחנה 3: העודף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10 פחות 7 שווה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אין הפרש בין הסכום ששילמו למחיר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תחנה 4: כמה 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(חסרים 4 שקלים)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(חסרים 2 שקלים)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(לא חסר כלום)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בדרך לקופה: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מוצרים בחנות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לשים את המוצרים על הקופה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לשלם למוכרת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לקחת את השקית וללכת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חושבים על קניות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לוודא שקיבלנו בדיוק את הכסף שמגיע לנו, לא פחות ולא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5 שקלים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2 שקלים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מטבע הוא עגול ומנתכת, שטר הוא מנייר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מטבעות ושטרות אמיתיים או תמונות שלהם לתרגול חזותי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לזוגות ולתת לכל זוג לפתור תחנה אחת ואז להחליף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חדר בריחה – הקופה הנעולה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בחדר הבריחה "הקופה הנעולה" עוזרים לכם לפתוח את הקופה של החנות על ידי פתרון ארבע תחנות על כסף וקניות. בדף הזה נתרגל את מה שלומדים בכל תחנה.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5  ·  5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תחנה 1: המטבעות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מטבע הכי קטן?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10 אגורות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חצי 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שווה מטבע של חצי שקל?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10 אגורות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50 אגורות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 שקל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תחנה 2: סל הפירות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תפוח עולה 2 שקלים ובננה עולה 3 שקלים, ביחד הם עולים __________ שקלים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ענבים עולים 4 שקלים ואגס עולה שקל אחד, ביחד הם עולים __________ שקלים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תחנה 3: העודף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שילמתי 10 שקלים על מוצר שעולה 7 שקלים, העודף שלי הוא 3 שקלים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משלמים בדיוק את המחיר, אין עודף בכלל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תחנה 4: כמה 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יש לי 6 שקלים, צריך 10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לא חסר כלום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יש לי 8 שקלים, צריך 10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חסרים 4 שקלים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יש לי 10 שקלים בדיוק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חסרים 2 שקלים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בדרך לקופה: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לשים את המוצרים על הקופה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לשלם למוכרת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לקחת את השקית וללכת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לבחור מוצרים בחנות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חושבים על קניות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חשוב לבדוק את העודף אחרי קנייה?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שווה מטבע של 5 שקלים?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אם שילמתי 10 שקלים וקניתי בשביל 8 שקלים, כמה עודף אקבל?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חדר בריחה – הקופה הנעולה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