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הקופה הנעולה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ושטרות ישראליים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וחיסור פשוטים בהקשר של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עודף בקנייה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1: המטבעות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200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20 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2: סל הפירות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3: העודף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10 פחות 7 שווה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20 פחות 15 שווה 5, לא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אין הפרש בין הסכום ששילמו למחיר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עודף הוא הכסף שהמוכרת מחזירה לקונה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4: כמה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(חסרים 4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(חסרים 7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(חסרים 2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(חסרים 9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(לא חסר כלום)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בדרך לקופה: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מוצרים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את המוצרים על הקופה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לשלם למוכרת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עודף אם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לקחת את השקית וללכת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על קניות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שקיבלנו בדיוק את הכסף שמגיע לנו, לא פחות ולא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הוא עגול ומנתכת, שטר הוא מנייר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ושטרות אמיתיים או תמונות שלהם לתרגול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לזוגות ולתת לכל זוג לפתור תחנה אחת ואז להחליף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– הקופה הנעולה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בחנות הקופה נסגרה. צריך לפתור משימות עם כסף כדי לפתוח אותה. בדף הזה נתרגל עם כסף וקניות.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מַטְבֵּעַ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עגול, כמו 1 שקל או 5 שקלים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שְׁטָר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מנייר, כמו 20 שקל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עוֹדֶף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כשמשלמים יותר ממחיר הקנייה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לְשַׁלֵּם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כסף תמורת דבר שקונים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מְחִיר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דבר 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לִקְנוֹת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דבר בתמורה לכסף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סַל קְנִיּוֹת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 שבו שמים את המוצרים שקונים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1: המטבעות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מטבע הכי קטן מבין 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אגורות יש בחצי שקל?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שטר שווה הכי הרבה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צריך שקל אחד כדי להגיע ל-5 שקלים?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מהרשימה הוא שטר?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שקל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2: סל הפירות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תפוח עולה 2 שקלים ובננה עולה 3 שקלים, ביחד הם עולים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בסל יש 3 תפוחים במחיר 2 שקלים כל אחד, הסל עולה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ענבים עולים 4 שקלים ואגס עולה שקל אחד, ביחד הם עולים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קניתי פרי אחד ב-3 שקלים ועוד פרי ב-4 שקלים, שילמתי בסך הכל 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לי 10 שקלים וקניתי פירות ב-6 שקלים, נשארו לי __________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3: 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שילמתי 10 שקלים על מוצר שעולה 7 שקלים, העודף שלי הוא 3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שילמתי 20 שקלים על מוצר שעולה 15 שקלים, העודף שלי הוא 10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משלמים בדיוק את המחיר, אין עודף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הכסף שהקונה נותן למוכרת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4: כמה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לי 6 שקלים,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חסר כלום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לי 3 שקלים,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חסרים 4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לי 8 שקלים,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חסרים 9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 לי שקל אחד, צריך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חסרים 2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 לי 10 שקלים בדיוק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חסרים 7 שקלים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בדרך לקופה: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עודף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לשלם למוכרת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את המוצרים על הקופה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מוצרים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את השקית וללכת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על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לבדוק את העודף אחרי קנייה?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שווה מטבע של 5 שקלים?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שילמתי 10 שקלים וקניתי בשביל 8 שקלים, כמה עודף אקבל?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– הקופה הנעולה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